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A573D" w14:textId="77777777" w:rsidR="00C5092F" w:rsidRDefault="00000000">
      <w:pPr>
        <w:jc w:val="center"/>
      </w:pPr>
      <w:r>
        <w:rPr>
          <w:b/>
          <w:sz w:val="28"/>
        </w:rPr>
        <w:t>TRIBUNALE ORDINARIO DI PAOLA</w:t>
      </w:r>
      <w:r>
        <w:rPr>
          <w:b/>
          <w:sz w:val="28"/>
        </w:rPr>
        <w:br/>
        <w:t>CANCELLERIA LAVORO</w:t>
      </w:r>
    </w:p>
    <w:p w14:paraId="0F1A10FB" w14:textId="78C2184A" w:rsidR="00204561" w:rsidRDefault="00000000" w:rsidP="007C7B52">
      <w:r>
        <w:br/>
      </w:r>
      <w:r w:rsidRPr="00286486">
        <w:rPr>
          <w:sz w:val="20"/>
          <w:szCs w:val="20"/>
        </w:rPr>
        <w:t>AUTOCERTIFICAZIONE REDDITUALE A NORMA DELL'ART. 9 COMMA 1 BIS DPR 30/05/2002 N. 115 COME INTRODOTTO DAL D.L. 98/11, AI FINI DELL'ESONERO DEL PAGAMENTO DEL CONTRIBUTO UNIFICATO DI ISCRIZIONE AL RUOLO</w:t>
      </w:r>
      <w:r w:rsidRPr="00286486">
        <w:rPr>
          <w:sz w:val="20"/>
          <w:szCs w:val="20"/>
        </w:rPr>
        <w:br/>
      </w:r>
      <w:r>
        <w:br/>
      </w:r>
      <w:r w:rsidRPr="00286486">
        <w:rPr>
          <w:sz w:val="20"/>
          <w:szCs w:val="20"/>
        </w:rPr>
        <w:t>Il/La sottoscritto _____________________________</w:t>
      </w:r>
      <w:r w:rsidR="00286486">
        <w:t>____________________________________________________________________________________</w:t>
      </w:r>
      <w:r w:rsidRPr="00286486">
        <w:rPr>
          <w:sz w:val="20"/>
          <w:szCs w:val="20"/>
        </w:rPr>
        <w:t>_</w:t>
      </w:r>
      <w:r w:rsidRPr="00286486">
        <w:rPr>
          <w:sz w:val="20"/>
          <w:szCs w:val="20"/>
        </w:rPr>
        <w:br/>
        <w:t>Nato/a a __________________</w:t>
      </w:r>
      <w:r w:rsidR="00286486" w:rsidRPr="00286486">
        <w:rPr>
          <w:sz w:val="20"/>
          <w:szCs w:val="20"/>
        </w:rPr>
        <w:t>___________</w:t>
      </w:r>
      <w:r w:rsidRPr="00286486">
        <w:rPr>
          <w:sz w:val="20"/>
          <w:szCs w:val="20"/>
        </w:rPr>
        <w:t>il __________</w:t>
      </w:r>
      <w:r w:rsidR="00286486" w:rsidRPr="00286486">
        <w:rPr>
          <w:sz w:val="20"/>
          <w:szCs w:val="20"/>
        </w:rPr>
        <w:t>____</w:t>
      </w:r>
      <w:r w:rsidRPr="00286486">
        <w:rPr>
          <w:sz w:val="20"/>
          <w:szCs w:val="20"/>
        </w:rPr>
        <w:t>Residente in ______________________________</w:t>
      </w:r>
      <w:r w:rsidR="00286486" w:rsidRPr="00286486">
        <w:rPr>
          <w:sz w:val="20"/>
          <w:szCs w:val="20"/>
        </w:rPr>
        <w:t>_</w:t>
      </w:r>
      <w:r w:rsidRPr="00286486">
        <w:rPr>
          <w:sz w:val="20"/>
          <w:szCs w:val="20"/>
        </w:rPr>
        <w:t>Via_____________________________</w:t>
      </w:r>
      <w:r w:rsidR="00286486">
        <w:t>_______</w:t>
      </w:r>
      <w:r w:rsidRPr="00286486">
        <w:rPr>
          <w:sz w:val="20"/>
          <w:szCs w:val="20"/>
        </w:rPr>
        <w:t>_</w:t>
      </w:r>
      <w:r w:rsidRPr="00286486">
        <w:rPr>
          <w:sz w:val="20"/>
          <w:szCs w:val="20"/>
        </w:rPr>
        <w:br/>
        <w:t>Cod. Fisc. ______________________________</w:t>
      </w:r>
      <w:r w:rsidR="00286486">
        <w:t>_______</w:t>
      </w:r>
      <w:r w:rsidR="00140E68">
        <w:t xml:space="preserve">   </w:t>
      </w:r>
      <w:r w:rsidRPr="00286486">
        <w:rPr>
          <w:sz w:val="20"/>
          <w:szCs w:val="20"/>
        </w:rPr>
        <w:t>Consapevole delle sanzioni penali nel caso di dichiarazioni non veritiere e falsità negli atti, richiamate dall'art. 76 DPR 445 del 28/12/2000 e della decadenza dei benefici eventualmente conseguiti</w:t>
      </w:r>
      <w:r w:rsidR="00286486">
        <w:rPr>
          <w:sz w:val="20"/>
          <w:szCs w:val="20"/>
        </w:rPr>
        <w:t xml:space="preserve"> al provvedimento emanato sulla base della dichiarazione non veritiera ai sensi dell’art. 75 del dpr n. 445/2000</w:t>
      </w:r>
      <w:r>
        <w:br/>
      </w:r>
      <w:r>
        <w:br/>
      </w:r>
      <w:r w:rsidR="007C7B52">
        <w:t xml:space="preserve">                                                                                                 </w:t>
      </w:r>
      <w:r w:rsidRPr="008F6B7C">
        <w:rPr>
          <w:b/>
          <w:bCs/>
        </w:rPr>
        <w:t>DICHIARA</w:t>
      </w:r>
      <w:r>
        <w:br/>
      </w:r>
      <w:r>
        <w:br/>
      </w:r>
      <w:r w:rsidR="00204561">
        <w:t xml:space="preserve"># </w:t>
      </w:r>
      <w:r>
        <w:t xml:space="preserve">Sotto la propria responsabilità, a norma dell'art. 9 comma 1 bis DPR 30/05/2002 n. 115, </w:t>
      </w:r>
      <w:r w:rsidR="007C7B52">
        <w:t xml:space="preserve">come introdotto dal        DL 11/98, </w:t>
      </w:r>
      <w:r>
        <w:t>ai fini dell'esonero dal pagamento del contributo unificato, che il proprio reddito, compreso quello dei familiari conviventi, come da ultima dichiarazione reddituale presentata relativa all'anno d'imposta _________</w:t>
      </w:r>
      <w:r w:rsidR="007C7B52">
        <w:t>______</w:t>
      </w:r>
      <w:r w:rsidR="00DF0395" w:rsidRPr="00204561">
        <w:rPr>
          <w:b/>
          <w:bCs/>
          <w:sz w:val="24"/>
          <w:szCs w:val="24"/>
        </w:rPr>
        <w:t>*</w:t>
      </w:r>
      <w:r w:rsidRPr="00204561">
        <w:rPr>
          <w:b/>
          <w:bCs/>
          <w:sz w:val="24"/>
          <w:szCs w:val="24"/>
        </w:rPr>
        <w:t xml:space="preserve"> </w:t>
      </w:r>
      <w:r w:rsidR="007C7B52">
        <w:t>(</w:t>
      </w:r>
      <w:r w:rsidR="007C7B52" w:rsidRPr="007C7B52">
        <w:rPr>
          <w:b/>
          <w:bCs/>
          <w:sz w:val="20"/>
          <w:szCs w:val="20"/>
        </w:rPr>
        <w:t>l’anno di riferimento è quello dell’ultima dichiarazione dei redditi presentata</w:t>
      </w:r>
      <w:r w:rsidR="007C7B52">
        <w:t xml:space="preserve">) </w:t>
      </w:r>
      <w:r>
        <w:t>non è superiore al triplo dell'importo previsto dall'art. 76 DPR</w:t>
      </w:r>
      <w:r w:rsidR="007C7B52">
        <w:t>, pure considerati gli adeguamenti degli importi intervenuti con D.M</w:t>
      </w:r>
      <w:r w:rsidR="00DF0395">
        <w:t>.</w:t>
      </w:r>
      <w:r>
        <w:br/>
      </w:r>
      <w:r>
        <w:br/>
        <w:t>Il sottoscritto</w:t>
      </w:r>
      <w:r w:rsidR="007C7B52">
        <w:t xml:space="preserve"> </w:t>
      </w:r>
      <w:r>
        <w:t>dichiara che il proprio nucleo familiare è composto da:</w:t>
      </w:r>
      <w:r>
        <w:br/>
      </w:r>
      <w:r>
        <w:br/>
        <w:t>1. __________________</w:t>
      </w:r>
      <w:r w:rsidR="00DF0395">
        <w:t>____________________</w:t>
      </w:r>
      <w:r>
        <w:t xml:space="preserve"> nato/a a __________</w:t>
      </w:r>
      <w:r w:rsidR="00DF0395">
        <w:t>______________</w:t>
      </w:r>
      <w:r>
        <w:t xml:space="preserve"> il __________</w:t>
      </w:r>
      <w:r w:rsidR="00DF0395">
        <w:t>_____</w:t>
      </w:r>
      <w:r>
        <w:t xml:space="preserve"> C.F. __________________</w:t>
      </w:r>
      <w:r w:rsidR="00DF0395">
        <w:t>______________</w:t>
      </w:r>
      <w:r>
        <w:br/>
        <w:t>2. _________________</w:t>
      </w:r>
      <w:r w:rsidR="00DF0395">
        <w:t>_____________________</w:t>
      </w:r>
      <w:r>
        <w:t xml:space="preserve"> nato/a a __________</w:t>
      </w:r>
      <w:r w:rsidR="00DF0395">
        <w:t>______________</w:t>
      </w:r>
      <w:r>
        <w:t xml:space="preserve"> il __________</w:t>
      </w:r>
      <w:r w:rsidR="00DF0395">
        <w:t>_____</w:t>
      </w:r>
      <w:r>
        <w:t xml:space="preserve"> C.F. _________________</w:t>
      </w:r>
      <w:r w:rsidR="00DF0395">
        <w:t>______________</w:t>
      </w:r>
      <w:r>
        <w:t>_</w:t>
      </w:r>
      <w:r>
        <w:br/>
        <w:t>3. __________________</w:t>
      </w:r>
      <w:r w:rsidR="00DF0395">
        <w:t>____________________</w:t>
      </w:r>
      <w:r>
        <w:t xml:space="preserve"> nato/a a __________</w:t>
      </w:r>
      <w:r w:rsidR="00DF0395">
        <w:t>______________</w:t>
      </w:r>
      <w:r>
        <w:t xml:space="preserve"> il __________</w:t>
      </w:r>
      <w:r w:rsidR="00DF0395">
        <w:t>_____</w:t>
      </w:r>
      <w:r>
        <w:t xml:space="preserve"> C.F. __________________</w:t>
      </w:r>
      <w:r w:rsidR="00DF0395">
        <w:t>______________</w:t>
      </w:r>
      <w:r>
        <w:br/>
        <w:t>4. __________________</w:t>
      </w:r>
      <w:r w:rsidR="00DF0395">
        <w:t>____________________</w:t>
      </w:r>
      <w:r>
        <w:t xml:space="preserve"> nato/a a __________</w:t>
      </w:r>
      <w:r w:rsidR="00DF0395">
        <w:t>______________</w:t>
      </w:r>
      <w:r>
        <w:t xml:space="preserve"> il __________</w:t>
      </w:r>
      <w:r w:rsidR="00DF0395">
        <w:t>_____</w:t>
      </w:r>
      <w:r>
        <w:t xml:space="preserve"> C.F. __________________</w:t>
      </w:r>
      <w:r w:rsidR="00DF0395">
        <w:t>______________</w:t>
      </w:r>
      <w:r>
        <w:br/>
      </w:r>
      <w:r w:rsidR="00204561">
        <w:t>5. ______________________________________ nato/a a ________________________ il _______________ C.F. ________________________________</w:t>
      </w:r>
    </w:p>
    <w:p w14:paraId="5FC18DE8" w14:textId="61E39F57" w:rsidR="00C5092F" w:rsidRDefault="00000000" w:rsidP="007C7B52">
      <w:r>
        <w:br/>
      </w:r>
      <w:r w:rsidR="00673902" w:rsidRPr="00673902">
        <w:rPr>
          <w:b/>
          <w:bCs/>
        </w:rPr>
        <w:t>▯</w:t>
      </w:r>
      <w:r>
        <w:t xml:space="preserve"> Non ha ancora presentato dichiarazione dei redditi per l'anno d'imposta</w:t>
      </w:r>
      <w:r w:rsidR="00DF0395">
        <w:t xml:space="preserve"> _____________________</w:t>
      </w:r>
      <w:r>
        <w:t>, essendo ancora in corso il termine previsto per la presentazione.</w:t>
      </w:r>
      <w:r>
        <w:br/>
      </w:r>
      <w:r w:rsidR="00673902" w:rsidRPr="00CF25FF">
        <w:rPr>
          <w:b/>
          <w:bCs/>
        </w:rPr>
        <w:t>▯</w:t>
      </w:r>
      <w:r>
        <w:t xml:space="preserve"> Non ha </w:t>
      </w:r>
      <w:proofErr w:type="spellStart"/>
      <w:r>
        <w:t>avuto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reddito</w:t>
      </w:r>
      <w:proofErr w:type="spellEnd"/>
      <w:r>
        <w:t xml:space="preserve"> </w:t>
      </w:r>
      <w:proofErr w:type="spellStart"/>
      <w:r>
        <w:t>assoggettabile</w:t>
      </w:r>
      <w:proofErr w:type="spellEnd"/>
      <w:r>
        <w:t xml:space="preserve"> all'imposta sul reddito delle persone fisiche.</w:t>
      </w:r>
      <w:r>
        <w:br/>
      </w:r>
      <w:r w:rsidR="00673902" w:rsidRPr="00CF25FF">
        <w:rPr>
          <w:b/>
          <w:bCs/>
        </w:rPr>
        <w:t>▯</w:t>
      </w:r>
      <w:r>
        <w:t xml:space="preserve"> Non ha presentato dichiarazione dei redditi in quanto possessore di reddito inferiore a quello previsto per l'obbligatorietà della denuncia stessa.</w:t>
      </w:r>
      <w:r>
        <w:br/>
      </w:r>
      <w:r w:rsidR="00673902" w:rsidRPr="00CF25FF">
        <w:rPr>
          <w:b/>
          <w:bCs/>
        </w:rPr>
        <w:t>▯</w:t>
      </w:r>
      <w:r>
        <w:t xml:space="preserve"> Non ha presentato dichiarazione dei redditi in quanto esonerato ai sensi dell'art. 1, comma 4, DPR n. 600/1973.</w:t>
      </w:r>
      <w:r>
        <w:br/>
      </w:r>
      <w:r w:rsidR="00673902" w:rsidRPr="00CF25FF">
        <w:rPr>
          <w:b/>
          <w:bCs/>
        </w:rPr>
        <w:t>▯</w:t>
      </w:r>
      <w:r>
        <w:t xml:space="preserve"> Dal computo del reddito familiare ha escluso quello dei familiari conviventi, ai sensi dell'art. 76 DPR 115/2002, in quanto gli interessi del richiedente sono in conflitto con quelli degli altri componenti il nucleo familiare convivente. Motivo: _____________________________</w:t>
      </w:r>
      <w:r w:rsidR="00DF0395">
        <w:t>_____________________________________________________________________________</w:t>
      </w:r>
      <w:r>
        <w:t>_</w:t>
      </w:r>
      <w:r>
        <w:br/>
        <w:t>Dichiara di essere informato ai sensi e per gli effetti di cui all'art. 10 della L. n. 675/96 che i dati personali raccolti saranno trattati</w:t>
      </w:r>
      <w:r w:rsidR="00DF0395">
        <w:t>, anche con strumenti informatici,</w:t>
      </w:r>
      <w:r>
        <w:t xml:space="preserve"> esclusivamente nell'ambito del procedimento per il quale la dichiarazione viene resa.</w:t>
      </w:r>
      <w:r>
        <w:br/>
      </w:r>
      <w:r>
        <w:br/>
      </w:r>
      <w:r w:rsidR="00DF0395">
        <w:t>*</w:t>
      </w:r>
      <w:r>
        <w:t>Luogo e data ______________________________</w:t>
      </w:r>
      <w:r w:rsidR="00DF0395">
        <w:t>_____________________(</w:t>
      </w:r>
      <w:r w:rsidR="00DF0395" w:rsidRPr="00DF0395">
        <w:rPr>
          <w:b/>
          <w:bCs/>
          <w:sz w:val="20"/>
          <w:szCs w:val="20"/>
        </w:rPr>
        <w:t>di sottoscrizione</w:t>
      </w:r>
      <w:r w:rsidR="00DF0395">
        <w:t>)</w:t>
      </w:r>
      <w:r>
        <w:br/>
      </w:r>
      <w:r>
        <w:br/>
      </w:r>
      <w:r w:rsidR="00204561">
        <w:t xml:space="preserve">                                                                                                                                   *</w:t>
      </w:r>
      <w:r>
        <w:t>Firma _____________________________</w:t>
      </w:r>
      <w:r w:rsidR="00204561">
        <w:t>______________</w:t>
      </w:r>
      <w:r>
        <w:t>_</w:t>
      </w:r>
      <w:r>
        <w:br/>
      </w:r>
      <w:r>
        <w:br/>
      </w:r>
      <w:r w:rsidRPr="00204561">
        <w:rPr>
          <w:b/>
          <w:bCs/>
          <w:u w:val="single"/>
        </w:rPr>
        <w:t>Si leggano attentamente le opzioni e si alleghi documento di identità in corso di validità</w:t>
      </w:r>
      <w:r>
        <w:t>.</w:t>
      </w:r>
    </w:p>
    <w:sectPr w:rsidR="00C5092F" w:rsidSect="009524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6445261">
    <w:abstractNumId w:val="8"/>
  </w:num>
  <w:num w:numId="2" w16cid:durableId="693964742">
    <w:abstractNumId w:val="6"/>
  </w:num>
  <w:num w:numId="3" w16cid:durableId="1960338036">
    <w:abstractNumId w:val="5"/>
  </w:num>
  <w:num w:numId="4" w16cid:durableId="898368563">
    <w:abstractNumId w:val="4"/>
  </w:num>
  <w:num w:numId="5" w16cid:durableId="1591621789">
    <w:abstractNumId w:val="7"/>
  </w:num>
  <w:num w:numId="6" w16cid:durableId="665400161">
    <w:abstractNumId w:val="3"/>
  </w:num>
  <w:num w:numId="7" w16cid:durableId="1522282114">
    <w:abstractNumId w:val="2"/>
  </w:num>
  <w:num w:numId="8" w16cid:durableId="74594846">
    <w:abstractNumId w:val="1"/>
  </w:num>
  <w:num w:numId="9" w16cid:durableId="188101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7D66"/>
    <w:rsid w:val="00140E68"/>
    <w:rsid w:val="0015074B"/>
    <w:rsid w:val="00204561"/>
    <w:rsid w:val="00286486"/>
    <w:rsid w:val="0029639D"/>
    <w:rsid w:val="00326F90"/>
    <w:rsid w:val="003450A7"/>
    <w:rsid w:val="004C1824"/>
    <w:rsid w:val="00673902"/>
    <w:rsid w:val="007C7B52"/>
    <w:rsid w:val="008F6B7C"/>
    <w:rsid w:val="00952445"/>
    <w:rsid w:val="00AA1D8D"/>
    <w:rsid w:val="00B47730"/>
    <w:rsid w:val="00BC116C"/>
    <w:rsid w:val="00C5092F"/>
    <w:rsid w:val="00CB0664"/>
    <w:rsid w:val="00CF25FF"/>
    <w:rsid w:val="00D42D11"/>
    <w:rsid w:val="00DF03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F4B515"/>
  <w14:defaultImageDpi w14:val="300"/>
  <w15:docId w15:val="{6F620A4C-C77C-4DA8-B423-F1BE77DA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566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Pileggi</dc:creator>
  <cp:keywords/>
  <dc:description>generated by python-docx</dc:description>
  <cp:lastModifiedBy>Antonio Pileggi</cp:lastModifiedBy>
  <cp:revision>13</cp:revision>
  <cp:lastPrinted>2026-07-17T13:20:00Z</cp:lastPrinted>
  <dcterms:created xsi:type="dcterms:W3CDTF">2026-07-17T12:07:00Z</dcterms:created>
  <dcterms:modified xsi:type="dcterms:W3CDTF">2026-07-21T07:23:00Z</dcterms:modified>
  <cp:category/>
</cp:coreProperties>
</file>